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למידע ועובדות מרתקות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ולנסח עובדה מדעית בלשון מדויקת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ביקורתית דרך שאלות 'בדקו את עצמכם'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בתחומי דעת שונים (מדע, גאוגרפיה, היסטוריה, לשון)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עובדה יבשה למשמעות רחבה יותר (ערך, תהליך היסטורי, תופעת טבע)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טבע, בעלי חיים ומדע – עובדות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באמצעות ריקוד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לווייתן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נוחתות עשרות אלפי ציפורים נודדות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הוא קל יותר ממים נוזליים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טבע, בעלי חיים ומדע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ברק מגיע לטמפרטורה עצומה תוך שבריר שנייה, גבוהה מהטמפרטורה על פני השמש.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בזכות תכולת המים הנמוכה והחומציות שלו, הדבש כמעט לא מתקלקל לאורך זמן רב.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הריקוד מעביר גם את הכיוון וגם את המרחק אל מקור המזון.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שכבת הקרח הצפה מבודדת את המים שמתחתיה ומאפשרת לדגים לשרוד גם כשקר מאוד.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טבע, בעלי חיים ומדע – הסבר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אילו הקרח היה שוקע, המים היו קופאים מלמטה למעלה וכל שכבות המים היו קפואות; מכיוון שהקרח צף, הוא יוצר שכבת בידוד שמאפשרת למים שמתחתיה להישאר נוזליים ולדגים לשרוד.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לתמנון יש שלושה לבבות הפועמים כדי להזרים דם לאיברי גופו.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הריקוד מעביר מידע מדויק על כיוון ומרחק מקור המזון, ודבורים אחרות מבינות אותו ופועלות לפיו, בדומה לשפה.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הקרח הצף שומר על טמפרטורת המים מתחתיו יציבה יחסית, מה שמאפשר לדגים ולבעלי חיים ימיים אחרים לשרוד גם בעונות קרות, ולכן התופעה חשובה לשמירה על המערכת האקולוגית.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חלל וגוף האדם – היכרות עם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באוזן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חלל וגוף האדם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אין רוח ואין מים על הירח, ולכן אין מה שימחק את העקבות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לתינוקות יש יותר עצמות, וחלקן מתמזגות יחד עם הגיל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חלל וגוף האדם – חישובים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כ-4,000-4,200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לאט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חלל וגוף האדם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(מגיע תוך כ-8 דקות)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(נשארות ללא שינוי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(נמצאת באוזן)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(כ-100,000 ביממה)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השפה העברית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אליעזר בן יהודה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השפה העברית – בדיקת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רק בתקופה מודרנית חזרה העברית לשמש שפת דיבור חיה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בעבר נכתבה עברית בלי סימני ניקוד, והקוראים ידעו לבטא את המילים בעצמם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מילים אלו עברו לשפות רבות דרך תרגומי טקסטים עתיקים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השפה העברית –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השפה העברית – התאמת שורשים למילים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(תלמיד)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גאוגרפיה והיסטוריה – היכרות עם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בעל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הפירמידה הגדולה במצרים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במערות ליד ים המלח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גאוגרפיה והיסטוריה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גאוגרפיה והיסטוריה – התאמת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(המקום הנמוך ביותר ביבשה)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(המכתש הגדול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(בעל חיים ולא 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(נמצאו במערות עתיקות)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גאוגרפיה והיסטוריה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המים מתאדים והמלח נשאר, לכן הריכוז עולה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המליחות הגבוהה גורמת לגוף לצוף בקלות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המצאות, טוב לב וחוסן – 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לואי ברייל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נקודות בולטות שממששים באצבעות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הצלת חיי אדם ממחלות מסוכנות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המצאות, טוב לב וחוסן – תפיסה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כתב ברייל פותח עבור עיוורים, כדי לאפשר להם לקרוא באמצעות מישוש.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החוסן שבסיפור – הוא הפך קושי אישי להמצאה שעוזרת לרבים.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כתב ברייל והחיסון הן דוגמאות להמצאות שמטרתן הייתה עזרה לאנשים אחרים.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המצאות, טוב לב וחוסן – חיבור והבנה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נקודות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המצאות, טוב לב וחוסן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(שיטת כתיבה וקריאה לעיוורים באמצעות נקודות בולטות)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(נער שהמציא את השיטה בגיל 15)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(המצאה שהצילה מיליוני חיים ברחבי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(היכולת להתמודד עם קושי ולצמוח ממנו)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(פעולה שמביאה תועלת ועזרה לאחרים)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אמריקאיות ממגוון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באמצעות ריקוד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לוויתן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8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באוזן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הוספת תחיליות, סיומות ושינוי תנועות סביב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מכתש נוצר מבליה של סלעים רכים וקרטר נוצר מפגיעת מטאוריט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הן מהעתקים העתיקים ביותר שנמצאו של טקסטים מקראיים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משמר את המשמעות המדעית המדויקת של העובדה המקורית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ההסבר מראה הבנה של קשר סיבתי או הקשר רחב, לא רק חזרה על המידע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דורשת חשיבה ולא רק שליפת עובדה, ומתאימה לרמת התיכון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החוברת לחמישה שיעורים קצרים, פרק אחד בכל פעם, כהפסקת סקרנות בתחילת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משימת חקר קטנה: בדיקת מקור נוסף לעובדה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ניתן להתמקד בניסוח מחדש של עובדה אחת בלבד בכל פרק, ללא דרישת 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דיון קצר בכיתה אחרי כל פרק: אילו עובדות הפתיעו הכי הרבה ולמה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הידעת? 💡 כרזות למידה קטנות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הידעת? כרזות למידע ועובדות מרתקות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תמצאו עובדות מפתיעות מתשעת תחומי הדעת של הכרזות. קראו כל עובדה בעיון, ענו על שאלת החשיבה הנלווית ונסו להסביר אותה במילים שלכם לפני שתבדקו את התשובה.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טבע, בעלי חיים ומדע – עובדות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לבבות יש לתמנון?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כיצד הדבורים מעבירות מידע על מקור מזון?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באמצעות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בריח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בשינוי 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נחשב לבעל החיים הגדול ביותר שחי אי פעם, גדול אפילו מדינוזאורים?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ברכיוזאורוס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לווייתן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פיל אפריקני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כריש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מתרחש בעמק החולה מדי שנה ומושך תשומת לב מיוחדת?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נוחתות עשרות אלפי ציפורים נודדות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מתרחשת רעידת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יורד שלג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נערך מרוץ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מדוע הקרח צף על פני המים ולא שוקע?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קל יותר ממים נוזליים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כבד יותר ממים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בו בועות 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מכיל מלח 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טבע, בעלי חיים ומדע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ברק יכול להגיע לטמפרטורה גבוהה יותר מזו שעל פני השמש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הדבש מתקלקל מהר מאוד בדיוק כמו מזונות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ריקוד הדבורים מעביר מידע רק על המרחק למקור המזון ולא על הכיוון אליו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העובדה שהקרח צף חשובה להישרדות דגים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טבע, בעלי חיים ומדע – הסבר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חשוב שהקרח צף ולא שוקע במים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נסחו עובדה מדעית אחת מהתופעות שלמדתם (תמנון, לווייתן או דבורים) בלשון מדויקת ותמציתית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מדוע ריקוד הדבורים נחשב לאמצעי תקשורת למרות שאין בו מילים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תארו קשר אפשרי בין תופעת הקרח הצף לבין שמירה על בעלי חיים בטבע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חלל וגוף האדם – היכרות עם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על איזה כוכב לכת יום אחד ארוך יותר מהשנה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שבתאי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אורך מסעו של האור מהשמש אל 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נמצאת העצם הקטנה ביותר בגוף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חלל וגוף האדם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העקבות של האסטרונאוטים על הירח נמחקו תוך זמן קצר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לתינוקות יש פחות עצמות ממבוגרים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חלל וגוף האדם – חישובים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הלב פועם כ-100,000 פעמים ביממה, כלומר בממוצע כ-__________ פעמים בשעה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מכיוון שיום על נוגה ארוך מהשנה שלה, כוכב הלכת מסתובב סביב עצמו __________ מאשר הוא מקיף את השמש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חלל וגוף האדם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 השמש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כ-100,000 ביממה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עקבות על הירח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נמצאת באוזן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העצם הקטנה ביותר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מגיע תוך כ-8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פעימות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נשארות ללא שינוי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השפה העברית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מכמה אותיות בנוי בדרך כלל שורש במילה 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נחשב לדמות מרכזית בהחייאת העברית כשפת דיבור יומיומית?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אליעזר בן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דוד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חיים נחמן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תיאודור הרצל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השפה העברית – בדיקת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במשך תקופה ארוכה שימשה העברית בעיקר לכתיבה ולתפילה, ולא כשפת דיבור יומיומית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הניקוד היה קיים תמיד בכל טקסט עברי מאז ומתמיד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עבריות כמו אמן והללויה משמשות גם בשפות אחרות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השפה העברית –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המילים שומר ומשמר נבנות משורש משותף בן שלוש אותיות,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בעבר נכתבה עברית בלי סימני __________, והקריאה הנכונה נשענה על ידיעת השפה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השפה העברית – התאמת שורשים למילים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כ.ת.ב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ל.מ.ד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ש.מ.ר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ד.ב.ר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תלמיד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ש.ח.ק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גאוגרפיה והיסטוריה – היכרות עם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המקום הנמוך ביותר ביבשה?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 הירדן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האלמוג הוא בעצם: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צמח 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פטרייה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במשך אלפי שנים הבניין הגבוה בעולם היה: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מגדל אייפל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הפירמידה הגדולה במצרים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חומת סין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מגדל 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היכן התגלו מגילות מדבר יהודה?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בהרי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במערות ליד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בתוך פירמידה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בעמק החולה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גאוגרפיה והיסטוריה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ים המלח נמוך כל כך כי הוא נמצא עמוק מתחת לפני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מכתש רמון נחשב למכתש ה__________ בעולם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גאוגרפיה והיסטוריה – התאמת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המכתש הגדול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מכתש רמון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המקום הנמוך ביותר ביבשה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אלמוג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נמצאו במערות עתיקות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מגילות מדבר יהודה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בעל חיים ולא 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גאוגרפיה והיסטוריה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מליחות המים בים המלח גבוהה בהרבה מהמליחות בים התיכון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קשה לטבוע בים המלח בגלל המליחות הגבוהה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המצאות, טוב לב וחוסן – 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המציא את כתב ברייל לעיוורים?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לואי ברייל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תומס אדיסון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אלברט איינשטיין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אלכסנדר גרהם 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בן כמה היה הממציא כאשר יצר את השיטה?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 ברייל מבוסס על: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אותיות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נקודות בולטות שממששים באצבעות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קווים מצוירים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צלילים מוקלטים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החיסון הראשון בהיסטוריה תרם בעיקר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הצלת חיי אדם ממחלות מסוכנות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שיפור הראייה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קיצור שעות השינה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הגדלת שרירים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המצאות, טוב לב וחוסן – תפיסה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ברייל פותח במיוחד עבור אנשים כבדי שמיעה.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הממציא של כתב ברייל עצמו איבד את מאור עיניו בילדותו.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המצאה יכולה גם לבטא טוב לב, כאשר מטרתה לעזור לאחרים.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המצאות, טוב לב וחוסן – חיבור והבנה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לואי ברייל איבד את מאור עיניו כש היה __________ 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כתב ברייל מורכב משש __________ בולטות שאפשר למשש באצבעות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המצאות, טוב לב וחוסן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 ברייל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המצאה שהצילה מיליוני חיים ברחבי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לואי ברייל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פעולה שמביאה תועלת ועזרה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החיסון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שיטת כתיבה וקריאה לעיוורים באמצעות נקודות בולטות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חוסן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נער שהמציא את השיטה בגיל 15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טוב 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היכולת להתמודד עם קושי ולצמוח ממנו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אמריקאיות ממגוון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לאיזה בעל חיים יש שלושה לבבות?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דולפין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לווייתן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כיצד דבורים מעבירות מידע לחברותיהן בכוורת?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באמצעות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באמצעות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בצביעת הכוורת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בשינוי צבע גופן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מיהו בעל החיים הגדול ביותר שחי אי פעם, גדול אף מהדינוזאורים?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פיל אפריקאי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דינוזאור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לוויתן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כריש לבן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זמן אורך למעבר האור מהשמש אל כדור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 שניות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היכן נמצאת העצם הקטנה ביותר בגוף האדם?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באוזן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העיקרון שמאפשר לשורש בן שלוש אותיות ליצור עשרות מילים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הוספת תחיליות, סיומות ושינוי תנועות סביב השורש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שינוי סדר האותיות בשורש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תרגום השורש משפות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שימוש בסימני פיסוק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ההבדל בין מכתש טבעי כמו מכתש רמון לבין קרטר פגיעה?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מכתש נוצר מפגיעת מטאוריט וקרטר מבליה של סלעים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מכתש נוצר מבליה של סלעים רכים וקרטר נוצר מפגיעת מטאוריט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הבדל, שתי המילים זהות במשמעותן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מכתש קיים רק בירח וקרטר רק בכדור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מיוחד במגילות שהתגלו במערות ליד ים המלח?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מהעתקים העתיקים ביותר שנמצאו של טקסטים מקראיים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נכתבו ביוונית עתיקה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נמצאו בתוך פירמידה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נכתבות מחדש מדי 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שלוש עובדות מהחוברת ונסחו כל אחת מחדש במשפט משלכם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כיצד עובדה אחת מהפרק על גוף האדם או הטבע קשורה לתהליך רחב יותר (אבולוציה, פיזיקה, היסטוריה)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שאלת 'בדקו את עצמכם' חדשה, בהשראת העובדות שלמדתם, לנושא שלא הופיע בחוברת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הידעת? כרזות למידע ועובדות מרתקות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