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הידעת? 💡 כרזות למידה קטנות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הידעת? כרזות למידע ועובדות מרתקות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ולנסח עובדה מדעית בלשון מדויקת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ביקורתית דרך שאלות 'בדקו את עצמכם'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להעשיר אוצר מילים בתחומי דעת שונים (מדע, גאוגרפיה, היסטוריה, לשון)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לחבר בין עובדה יבשה למשמעות רחבה יותר (ערך, תהליך היסטורי, תופעת טבע)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טבע, בעלי חיים ומדע – עובדות בסיסיות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באמצעות ריקוד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לווייתן כחול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טבע, בעלי חיים ומדע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ברק מגיע לטמפרטורה עצומה תוך שבריר שנייה, גבוהה מהטמפרטורה על פני השמש.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בזכות תכולת המים הנמוכה והחומציות שלו, הדבש כמעט לא מתקלקל לאורך זמן רב.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טבע, בעלי חיים ומדע – הסבר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לתמנון יש שלושה לבבות הפועמים כדי להזרים דם לאיברי גופו.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חלל וגוף האדם – היכרות עם העובדות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נוגה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8 דקות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חלל וגוף האדם – בדיקת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אין רוח ואין מים על הירח, ולכן אין מה שימחק את העקבות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לתינוקות יש יותר עצמות, וחלקן מתמזגות יחד עם הגיל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חלל וגוף האדם – חישובים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לאט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חלל וגוף האדם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(מגיע תוך כ-8 דקות)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(נשארות ללא שינוי לאורך 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(נמצאת באוזן)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(כ-100,000 ביממה)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השפה העברית – עובדות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אליעזר בן יהודה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השפה העברית – בדיקת 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רק בתקופה מודרנית חזרה העברית לשמש שפת דיבור חיה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בעבר נכתבה עברית בלי סימני ניקוד, והקוראים ידעו לבטא את המילים בעצמם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השפה העברית – שורשים ומילים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שורש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השפה העברית – התאמת שורשים למילים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(כתיבה)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(תלמיד)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(שמירה)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(דיבור)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גאוגרפיה והיסטוריה – היכרות עם העובדות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ים המלח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בעל 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הפירמידה הגדולה במצרים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גאוגרפיה והיסטוריה – הבנה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גדול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גאוגרפיה והיסטוריה – התאמת 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(המקום הנמוך ביותר ביבשה)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(המכתש הגדול בעולם)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(בעל חיים ולא צמח)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(נמצאו במערות עתיקות)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גאוגרפיה והיסטוריה – נכון או לא נכון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המצאות, טוב לב וחוסן – עובדות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לואי ברייל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15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נקודות בולטות שממששים באצבעות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המצאות, טוב לב וחוסן – תפיסה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כתב ברייל פותח עבור עיוורים, כדי לאפשר להם לקרוא באמצעות מישוש.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החוסן שבסיפור – הוא הפך קושי אישי להמצאה שעוזרת לרבים.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המצאות, טוב לב וחוסן – חיבור והבנה מעמיקה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נקודות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המצאות, טוב לב וחוסן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(שיטת כתיבה וקריאה לעיוורים באמצעות נקודות בולטות)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(נער שהמציא את השיטה בגיל 15)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(המצאה שהצילה מיליוני חיים ברחבי העולם)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(היכולת להתמודד עם קושי ולצמוח ממנו)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חזרה מסכמת – שאלות אמריקאיות ממגוון הנושאים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תמנון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באמצעות ריקוד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לוויתן כחול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המשפט משמר את המשמעות המדעית המדויקת של העובדה המקורית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ההסבר מראה הבנה של קשר סיבתי או הקשר רחב, לא רק חזרה על המידע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השאלה דורשת חשיבה ולא רק שליפת עובדה, ומתאימה לרמת התיכון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את החוברת לחמישה שיעורים קצרים, פרק אחד בכל פעם, כהפסקת סקרנות בתחילת 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משימת חקר קטנה: בדיקת מקור נוסף לעובדה והשוואה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המתקשים ניתן להתמקד בניסוח מחדש של עובדה אחת בלבד בכל פרק, ללא דרישת הרחבה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לשלב דיון קצר בכיתה אחרי כל פרק: אילו עובדות הפתיעו הכי הרבה ולמה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הידעת? 💡 כרזות למידה קטנות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הידעת? כרזות למידע ועובדות מרתקות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בכל פרק תמצאו עובדות מפתיעות מתשעת תחומי הדעת של הכרזות. קראו כל עובדה בעיון, ענו על שאלת החשיבה הנלווית ונסו להסביר אותה במילים שלכם לפני שתבדקו את התשובה.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ילד  ·  הים  ·  נקודות  ·  לאט יותר  ·  גדול  ·  שורש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טבע, בעלי חיים ומדע – עובדות בסיסיות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לבבות יש לתמנון?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כיצד הדבורים מעבירות מידע על מקור מזון?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באמצעות ריקוד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בקול רם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בריח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מי נחשב לבעל החיים הגדול ביותר שחי אי פעם, גדול אפילו מדינוזאורים?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ברכיוזאורוס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לווייתן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פיל אפריקני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טבע, בעלי חיים ומדע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ברק יכול להגיע לטמפרטורה גבוהה יותר מזו שעל פני השמש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הדבש מתקלקל מהר מאוד בדיוק כמו מזונות אחרים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טבע, בעלי חיים ומדע – הסבר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נסחו עובדה מדעית אחת מהתופעות שלמדתם (תמנון, לווייתן או דבורים) בלשון מדויקת ותמציתית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2 · חלל וגוף האדם – היכרות עם העובדות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על איזה כוכב לכת יום אחד ארוך יותר מהשנה שלו?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מאדים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נוגה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צדק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זמן אורך מסעו של האור מהשמש אל כדור הארץ?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8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8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8 שעות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חלל וגוף האדם – בדיקת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העקבות של האסטרונאוטים על הירח נמחקו תוך זמן קצר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לתינוקות יש פחות עצמות ממבוגרים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חלל וגוף האדם – חישובים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מכיוון שיום על נוגה ארוך מהשנה שלה, כוכב הלכת מסתובב סביב עצמו __________ מאשר הוא מקיף את השמש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חלל וגוף האדם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אור השמש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כ-100,000 ביממה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עקבות על הירח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נמצאת באוזן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העצם הקטנה ביותר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נשארות ללא שינוי לאורך זמן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פעימות הלב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מגיע תוך כ-8 דקות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3 · השפה העברית – עובדות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מכמה אותיות בנוי בדרך כלל שורש במילה עברית?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נחשב לדמות מרכזית בהחייאת העברית כשפת דיבור יומיומית?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אליעזר בן יהודה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דוד בן גוריון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חיים נחמן ביאליק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השפה העברית – בדיקת 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במשך תקופה ארוכה שימשה העברית בעיקר לכתיבה ולתפילה, ולא כשפת דיבור יומיומית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הניקוד היה קיים תמיד בכל טקסט עברי מאז ומתמיד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השפה העברית – שורשים ומילים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המילים שומר ומשמר נבנות משורש משותף בן שלוש אותיות,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3 · השפה העברית – התאמת שורשים למילים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כ.ת.ב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דיבור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ל.מ.ד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כתיבה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ש.מ.ר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תלמיד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ד.ב.ר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שמירה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גאוגרפיה והיסטוריה – היכרות עם העובדות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המקום הנמוך ביותר ביבשה?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ים המלח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הכנרת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ים 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האלמוג הוא בעצם: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צמח ימי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סוג של אבן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בעל 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במשך אלפי שנים הבניין הגבוה בעולם היה: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מגדל אייפל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הפירמידה הגדולה במצרים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חומת סין הגדולה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גאוגרפיה והיסטוריה – הבנה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ים המלח נמוך כל כך כי הוא נמצא עמוק מתחת לפני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מכתש רמון נחשב למכתש ה__________ בעולם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4 · גאוגרפיה והיסטוריה – התאמת 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ים המלח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המכתש הגדול בעולם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מכתש רמון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המקום הנמוך ביותר ביבשה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אלמוג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נמצאו במערות עתיקות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מגילות מדבר יהודה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בעל חיים ולא צמח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4 · גאוגרפיה והיסטוריה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המצאות, טוב לב וחוסן – עובדות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המציא את כתב ברייל לעיוורים?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לואי ברייל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תומס אדיסון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אלברט איינשטיין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בן כמה היה הממציא כאשר יצר את השיטה?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כתב ברייל מבוסס על: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אותיות צבעוניות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נקודות בולטות שממששים באצבעות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קווים מצוירים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המצאות, טוב לב וחוסן – תפיסה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כתב ברייל פותח במיוחד עבור אנשים כבדי שמיעה.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הממציא של כתב ברייל עצמו איבד את מאור עיניו בילדותו.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5 · המצאות, טוב לב וחוסן – חיבור והבנה מעמיקה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לואי ברייל איבד את מאור עיניו כש היה __________ קטן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כתב ברייל מורכב משש __________ בולטות שאפשר למשש באצבעות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פרק 5 · המצאות, טוב לב וחוסן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כתב ברייל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היכולת להתמודד עם קושי ולצמוח ממנו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לואי ברייל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המצאה שהצילה מיליוני חיים ברחבי העולם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החיסון הראשון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שיטת כתיבה וקריאה לעיוורים באמצעות נקודות בולטות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חוסן אישי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נער שהמציא את השיטה בגיל 15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20  חלק כ׳ – חזרה מסכמת – שאלות אמריקאיות ממגוון הנושאים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לאיזה בעל חיים יש שלושה לבבות?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תמנון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דולפין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לווייתן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כיצד דבורים מעבירות מידע לחברותיהן בכוורת?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באמצעות ריקוד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באמצעות שירה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בצביעת הכוורת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מיהו בעל החיים הגדול ביותר שחי אי פעם, גדול אף מהדינוזאורים?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פיל אפריקאי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דינוזאור ענק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לוויתן כחול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בחרו שלוש עובדות מהחוברת ונסחו כל אחת מחדש במשפט משלכם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הסבירו כיצד עובדה אחת מהפרק על גוף האדם או הטבע קשורה לתהליך רחב יותר (אבולוציה, פיזיקה, היסטוריה)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הידעת? כרזות למידע ועובדות מרתקות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